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7534E"/>
          <w:sz w:val="18"/>
        </w:rPr>
        <w:t>Богдан Щербаков · корпоративний ШІ-тренер · hworknet.com/resources/first-ai-task</w:t>
      </w:r>
    </w:p>
    <w:p>
      <w:pPr>
        <w:pStyle w:val="Heading1"/>
      </w:pPr>
      <w:r>
        <w:t>Яку задачу віддати ШІ першою</w:t>
      </w:r>
    </w:p>
    <w:p>
      <w:r>
        <w:t>Першою варто брати не найскладнішу задачу, а найчастішу: ту, що повторюється щотижня, складається з тексту і де помилку видно одразу. Ось ознаки такої задачі, три кошики, куди розкласти решту, і приклади з кейсів.</w:t>
      </w:r>
    </w:p>
    <w:p>
      <w:pPr>
        <w:pStyle w:val="Heading2"/>
      </w:pPr>
      <w:r>
        <w:t>Картка вибору першої задачі: [відділ]</w:t>
      </w:r>
    </w:p>
    <w:p>
      <w:pPr>
        <w:pStyle w:val="ListBullet"/>
      </w:pPr>
      <w:r>
        <w:t>Заповнює: [хто]. Дата: [дата].</w:t>
      </w:r>
    </w:p>
    <w:p>
      <w:pPr>
        <w:pStyle w:val="ListBullet"/>
      </w:pPr>
      <w:r>
        <w:t>Випишіть 5–10 задач відділу, прогоніть кожну через шість питань і розкладіть по трьох кошиках. Першою беремо не найскладнішу, а найчастішу задачу з першого або другого кошика.</w:t>
      </w:r>
    </w:p>
    <w:p>
      <w:pPr>
        <w:pStyle w:val="Heading2"/>
      </w:pPr>
      <w:r>
        <w:t>1. Задачі відділу</w:t>
      </w:r>
    </w:p>
    <w:p>
      <w:pPr>
        <w:pStyle w:val="ListBullet"/>
      </w:pPr>
      <w:r>
        <w:t>Задача — скільки разів на тиждень — скільки часу займає зараз — хто робить: [рядок на кожну задачу].</w:t>
      </w:r>
    </w:p>
    <w:p>
      <w:pPr>
        <w:pStyle w:val="Heading2"/>
      </w:pPr>
      <w:r>
        <w:t>2. Шість питань до кожної задачі</w:t>
      </w:r>
    </w:p>
    <w:p>
      <w:pPr>
        <w:pStyle w:val="ListBullet"/>
      </w:pPr>
      <w:r>
        <w:t>Повторюється щодня чи щотижня? Так / ні.</w:t>
      </w:r>
    </w:p>
    <w:p>
      <w:pPr>
        <w:pStyle w:val="ListBullet"/>
      </w:pPr>
      <w:r>
        <w:t>Це переважно текст: листи, звіти, описи, записи зустрічей? Так / ні.</w:t>
      </w:r>
    </w:p>
    <w:p>
      <w:pPr>
        <w:pStyle w:val="ListBullet"/>
      </w:pPr>
      <w:r>
        <w:t>Помилку видно одразу, і вона не коштує грошей чи репутації? Так / ні.</w:t>
      </w:r>
    </w:p>
    <w:p>
      <w:pPr>
        <w:pStyle w:val="ListBullet"/>
      </w:pPr>
      <w:r>
        <w:t>У задачі немає чутливих даних, або їх легко знеособити? Так / ні.</w:t>
      </w:r>
    </w:p>
    <w:p>
      <w:pPr>
        <w:pStyle w:val="ListBullet"/>
      </w:pPr>
      <w:r>
        <w:t>Результат щоразу в одному форматі? Так / ні.</w:t>
      </w:r>
    </w:p>
    <w:p>
      <w:pPr>
        <w:pStyle w:val="ListBullet"/>
      </w:pPr>
      <w:r>
        <w:t>Є два-три готові приклади, як має бути? Так / ні.</w:t>
      </w:r>
    </w:p>
    <w:p>
      <w:pPr>
        <w:pStyle w:val="ListBullet"/>
      </w:pPr>
      <w:r>
        <w:t>Шість "так" — кандидат на першу задачу. "Ні" в питанні 3 чи 4 — задача не перша, хоч би скільки часу вона забирала.</w:t>
      </w:r>
    </w:p>
    <w:p>
      <w:pPr>
        <w:pStyle w:val="Heading2"/>
      </w:pPr>
      <w:r>
        <w:t>3. Три кошики</w:t>
      </w:r>
    </w:p>
    <w:p>
      <w:pPr>
        <w:pStyle w:val="ListBullet"/>
      </w:pPr>
      <w:r>
        <w:t>Повністю — повторювані дії з чіткими правилами; інструмент робить, людина переглядає: [задачі].</w:t>
      </w:r>
    </w:p>
    <w:p>
      <w:pPr>
        <w:pStyle w:val="ListBullet"/>
      </w:pPr>
      <w:r>
        <w:t>Частково — творчі дії з правилами; модель дає чернетку, людина правляє і відповідає: [задачі].</w:t>
      </w:r>
    </w:p>
    <w:p>
      <w:pPr>
        <w:pStyle w:val="ListBullet"/>
      </w:pPr>
      <w:r>
        <w:t>За людиною — рішення й відповідальність: оцінка людей, остаточний підпис, текст від вашого імені: [задачі].</w:t>
      </w:r>
    </w:p>
    <w:p>
      <w:pPr>
        <w:pStyle w:val="Heading2"/>
      </w:pPr>
      <w:r>
        <w:t>4. Перша задача</w:t>
      </w:r>
    </w:p>
    <w:p>
      <w:pPr>
        <w:pStyle w:val="ListBullet"/>
      </w:pPr>
      <w:r>
        <w:t>Обрана задача: [назва]. Скільки часу займає зараз: [хвилини].</w:t>
      </w:r>
    </w:p>
    <w:p>
      <w:pPr>
        <w:pStyle w:val="ListBullet"/>
      </w:pPr>
      <w:r>
        <w:t>Два-три приклади, як має виглядати результат: [файли].</w:t>
      </w:r>
    </w:p>
    <w:p>
      <w:pPr>
        <w:pStyle w:val="ListBullet"/>
      </w:pPr>
      <w:r>
        <w:t>Хто перевіряє результат і як довго: [імʼя, строк].</w:t>
      </w:r>
    </w:p>
    <w:p>
      <w:pPr>
        <w:pStyle w:val="ListBullet"/>
      </w:pPr>
      <w:r>
        <w:t>Через місяць: скільки часу займає та сама задача: [хвилини].</w:t>
      </w:r>
    </w:p>
    <w:p>
      <w:pPr>
        <w:pStyle w:val="Heading2"/>
      </w:pPr>
      <w:r>
        <w:t>Коли задача не годиться в перші</w:t>
      </w:r>
    </w:p>
    <w:p>
      <w:pPr>
        <w:pStyle w:val="ListBullet"/>
      </w:pPr>
      <w:r>
        <w:t>Потрібна точна математика або звʼязування записів без спільного ідентифікатора: це звичайний код, а не ШІ.</w:t>
      </w:r>
    </w:p>
    <w:p>
      <w:pPr>
        <w:pStyle w:val="ListBullet"/>
      </w:pPr>
      <w:r>
        <w:t>Дані розкидані по кількох системах: спершу зведіть їх в одне місце.</w:t>
      </w:r>
    </w:p>
    <w:p>
      <w:pPr>
        <w:pStyle w:val="ListBullet"/>
      </w:pPr>
      <w:r>
        <w:t>У задачі фінансові звіти, персональні дані чи документи під NDA: спершу правила вашої служби безпеки, потім ШІ.</w:t>
      </w:r>
    </w:p>
    <w:p>
      <w:pPr>
        <w:pStyle w:val="Heading2"/>
      </w:pPr>
      <w:r>
        <w:t>Приклади з кейсів hworknet.com</w:t>
      </w:r>
    </w:p>
    <w:p>
      <w:pPr>
        <w:pStyle w:val="ListBullet"/>
      </w:pPr>
      <w:r>
        <w:t>СтопКор: рерайт, заголовки, добірки й вичитка повторюються десятки разів на день; під кожну операцію зробили окремий асистент, і норма редактора зросла з 5 до 8 статей на день.</w:t>
      </w:r>
    </w:p>
    <w:p>
      <w:pPr>
        <w:pStyle w:val="ListBullet"/>
      </w:pPr>
      <w:r>
        <w:t>Prostor: домашнє після другого заняття — власний асистент під задачу, яку робиш щодня або щотижня: не найскладнішу, а найчастішу.</w:t>
      </w:r>
    </w:p>
    <w:p>
      <w:pPr>
        <w:pStyle w:val="ListBullet"/>
      </w:pPr>
      <w:r>
        <w:t>xPaid: 21 задача від 8 департаментів в одній таблиці; частину леджерів модель заповнювала сама, близько 60% роботи до перевірки людиною, а звʼязування транзакцій лишилось за звичайним кодом.</w:t>
      </w:r>
    </w:p>
    <w:p>
      <w:pPr>
        <w:pStyle w:val="ListBullet"/>
      </w:pPr>
      <w:r>
        <w:t>Visa: кожен рядок каталогу процесів команди отримав позначку, що це насправді: оптимізація, автоматизація чи розробка.</w:t>
      </w:r>
    </w:p>
    <w:p>
      <w:pPr>
        <w:pStyle w:val="ListBullet"/>
      </w:pPr>
      <w:r>
        <w:t>GUD і METRO: митні документи модель готує й перевіряє, але рішення за людиною; реальні артикули, ціни, упаковка й обличчя лишаються за фотографом і дизайнером.</w:t>
      </w:r>
    </w:p>
    <w:p>
      <w:r>
        <w:rPr>
          <w:color w:val="57534E"/>
          <w:sz w:val="18"/>
        </w:rPr>
        <w:t>Перевірено 24.09.2026. Файл можна правити й поширювати всередині компанії. Питання: bohdan@hworknet.com · t.me/hworkneter · hworknet.com/contacts</w:t>
      </w:r>
    </w:p>
    <w:sectPr w:rsidR="00FC693F" w:rsidRPr="0006063C" w:rsidSect="00034616">
      <w:pgSz w:w="12240" w:h="15840"/>
      <w:pgMar w:top="1247" w:right="1701" w:bottom="124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76" w:lineRule="auto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76" w:lineRule="auto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76" w:lineRule="auto" w:before="0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