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7534E"/>
          <w:sz w:val="18"/>
        </w:rPr>
        <w:t>Богдан Щербаков · корпоративний ШІ-тренер · hworknet.com/resources/client-questionnaire</w:t>
      </w:r>
    </w:p>
    <w:p>
      <w:pPr>
        <w:pStyle w:val="Heading1"/>
      </w:pPr>
      <w:r>
        <w:t>Анкета перед навчанням ШІ для команди</w:t>
      </w:r>
    </w:p>
    <w:p>
      <w:r>
        <w:t>Цю анкету я розсилаю команді до першого заняття: з відповідей видно, хто чим користується, що болить і на яких задачах будувати практику. Заповнення займає десять-пʼятнадцять хвилин, а програма потім збирається з ваших задач, а не з заготовки.</w:t>
      </w:r>
    </w:p>
    <w:p>
      <w:pPr>
        <w:pStyle w:val="Heading2"/>
      </w:pPr>
      <w:r>
        <w:t>Анкета перед навчанням ШІ: [назва компанії]</w:t>
      </w:r>
    </w:p>
    <w:p>
      <w:pPr>
        <w:pStyle w:val="ListBullet"/>
      </w:pPr>
      <w:r>
        <w:t>Навчання: [формат, дати]. Заповніть, будь ласка, до [дата]. Це займає 10–15 хвилин.</w:t>
      </w:r>
    </w:p>
    <w:p>
      <w:pPr>
        <w:pStyle w:val="ListBullet"/>
      </w:pPr>
      <w:r>
        <w:t>Пишіть своїми словами і на прикладах: саме з цих відповідей збирається програма. Правильних і неправильних відповідей тут немає, і за чесну відповідь нікого не сваритимуть.</w:t>
      </w:r>
    </w:p>
    <w:p>
      <w:pPr>
        <w:pStyle w:val="ListBullet"/>
      </w:pPr>
      <w:r>
        <w:t>Відповіді бачать: [хто, наприклад L&amp;D і тренер].</w:t>
      </w:r>
    </w:p>
    <w:p>
      <w:pPr>
        <w:pStyle w:val="Heading2"/>
      </w:pPr>
      <w:r>
        <w:t>1. Про вас</w:t>
      </w:r>
    </w:p>
    <w:p>
      <w:pPr>
        <w:pStyle w:val="ListBullet"/>
      </w:pPr>
      <w:r>
        <w:t>Ваша посада і відділ.</w:t>
      </w:r>
    </w:p>
    <w:p>
      <w:pPr>
        <w:pStyle w:val="ListBullet"/>
      </w:pPr>
      <w:r>
        <w:t>Чим ви займаєтесь, одним-двома реченнями.</w:t>
      </w:r>
    </w:p>
    <w:p>
      <w:pPr>
        <w:pStyle w:val="Heading2"/>
      </w:pPr>
      <w:r>
        <w:t>2. Як часто ви працюєте з ШІ</w:t>
      </w:r>
    </w:p>
    <w:p>
      <w:pPr>
        <w:pStyle w:val="ListBullet"/>
      </w:pPr>
      <w:r>
        <w:t>Оберіть одне: щодня / кілька разів на тиждень / кілька разів на місяць / пробував, але не користуюсь / ще не пробував.</w:t>
      </w:r>
    </w:p>
    <w:p>
      <w:pPr>
        <w:pStyle w:val="Heading2"/>
      </w:pPr>
      <w:r>
        <w:t>3. Якими сервісами і з якого акаунта</w:t>
      </w:r>
    </w:p>
    <w:p>
      <w:pPr>
        <w:pStyle w:val="ListBullet"/>
      </w:pPr>
      <w:r>
        <w:t>Якими ШІ-сервісами ви користуєтесь (ChatGPT, Copilot, Gemini, Claude, інші) і для яких задач?</w:t>
      </w:r>
    </w:p>
    <w:p>
      <w:pPr>
        <w:pStyle w:val="ListBullet"/>
      </w:pPr>
      <w:r>
        <w:t>Для кожного вкажіть акаунт: робочий, який дала компанія, чи особистий.</w:t>
      </w:r>
    </w:p>
    <w:p>
      <w:pPr>
        <w:pStyle w:val="ListBullet"/>
      </w:pPr>
      <w:r>
        <w:t>Якщо для робочих задач ви користуєтесь особистим акаунтом, так і напишіть: нам треба бачити реальну картину, а не правильну відповідь.</w:t>
      </w:r>
    </w:p>
    <w:p>
      <w:pPr>
        <w:pStyle w:val="Heading2"/>
      </w:pPr>
      <w:r>
        <w:t>4. Задачі, що забирають найбільше часу</w:t>
      </w:r>
    </w:p>
    <w:p>
      <w:pPr>
        <w:pStyle w:val="ListBullet"/>
      </w:pPr>
      <w:r>
        <w:t>Назвіть 2–3 робочі задачі, які забирають у вас найбільше часу. Для кожної: скільки годин на тиждень і в якій програмі ви її робите.</w:t>
      </w:r>
    </w:p>
    <w:p>
      <w:pPr>
        <w:pStyle w:val="ListBullet"/>
      </w:pPr>
      <w:r>
        <w:t>Які з них повторюються щодня чи щотижня, а які вам просто не подобається робити?</w:t>
      </w:r>
    </w:p>
    <w:p>
      <w:pPr>
        <w:pStyle w:val="ListBullet"/>
      </w:pPr>
      <w:r>
        <w:t>Якщо можете, додайте до кожної задачі приклад файла чи документа. Знеособлений теж підходить.</w:t>
      </w:r>
    </w:p>
    <w:p>
      <w:pPr>
        <w:pStyle w:val="Heading2"/>
      </w:pPr>
      <w:r>
        <w:t>5. Де гальмує</w:t>
      </w:r>
    </w:p>
    <w:p>
      <w:pPr>
        <w:pStyle w:val="ListBullet"/>
      </w:pPr>
      <w:r>
        <w:t>Де у вашій щоденній роботі найбільші "вузькі місця": що гальмує, де найчастіше помилки чи переробки?</w:t>
      </w:r>
    </w:p>
    <w:p>
      <w:pPr>
        <w:pStyle w:val="ListBullet"/>
      </w:pPr>
      <w:r>
        <w:t>Якби у вас був ШІ-асистент, що він мав би робити за вас або разом із вами?</w:t>
      </w:r>
    </w:p>
    <w:p>
      <w:pPr>
        <w:pStyle w:val="Heading2"/>
      </w:pPr>
      <w:r>
        <w:t>6. Самооцінка</w:t>
      </w:r>
    </w:p>
    <w:p>
      <w:pPr>
        <w:pStyle w:val="ListBullet"/>
      </w:pPr>
      <w:r>
        <w:t>Наскільки впевнено ви працюєте з ШІ у своїх робочих задачах, від 0 до 10? 0 — майже не пробував, 10 — користуюсь щодня і розумію, де модель помиляється.</w:t>
      </w:r>
    </w:p>
    <w:p>
      <w:pPr>
        <w:pStyle w:val="ListBullet"/>
      </w:pPr>
      <w:r>
        <w:t>Ваша оцінка: [0–10].</w:t>
      </w:r>
    </w:p>
    <w:p>
      <w:pPr>
        <w:pStyle w:val="Heading2"/>
      </w:pPr>
      <w:r>
        <w:t>7. Чого ви побоюєтесь</w:t>
      </w:r>
    </w:p>
    <w:p>
      <w:pPr>
        <w:pStyle w:val="ListBullet"/>
      </w:pPr>
      <w:r>
        <w:t>Що вас зупиняє або насторожує в роботі з ШІ? Наприклад: що витечуть дані; що колеги бачитимуть ваші запити; що модель помилиться, а ви не помітите; що ШІ змінить вашу роль. Або своє.</w:t>
      </w:r>
    </w:p>
    <w:p>
      <w:pPr>
        <w:pStyle w:val="Heading2"/>
      </w:pPr>
      <w:r>
        <w:t>8. Що дозволено у вашій компанії</w:t>
      </w:r>
    </w:p>
    <w:p>
      <w:pPr>
        <w:pStyle w:val="ListBullet"/>
      </w:pPr>
      <w:r>
        <w:t>Які ШІ-сервіси вам дозволено використовувати в роботі?</w:t>
      </w:r>
    </w:p>
    <w:p>
      <w:pPr>
        <w:pStyle w:val="ListBullet"/>
      </w:pPr>
      <w:r>
        <w:t>Які дані точно не можна передавати зовнішнім сервісам: персональні дані клієнтів, комерційна таємниця, внутрішні документи, інше?</w:t>
      </w:r>
    </w:p>
    <w:p>
      <w:pPr>
        <w:pStyle w:val="ListBullet"/>
      </w:pPr>
      <w:r>
        <w:t>Чи є в компанії правила роботи з ШІ і куди йти з питанням "а це можна?". Якщо не знаєте, так і напишіть: це теж відповідь.</w:t>
      </w:r>
    </w:p>
    <w:p>
      <w:pPr>
        <w:pStyle w:val="Heading2"/>
      </w:pPr>
      <w:r>
        <w:t>9. Вільне поле</w:t>
      </w:r>
    </w:p>
    <w:p>
      <w:pPr>
        <w:pStyle w:val="ListBullet"/>
      </w:pPr>
      <w:r>
        <w:t>Які теми обовʼязково треба закрити на навчанні, а які вам уже знайомі?</w:t>
      </w:r>
    </w:p>
    <w:p>
      <w:pPr>
        <w:pStyle w:val="ListBullet"/>
      </w:pPr>
      <w:r>
        <w:t>Що ще хочете сказати чи спитати до старту?</w:t>
      </w:r>
    </w:p>
    <w:p>
      <w:r>
        <w:rPr>
          <w:color w:val="57534E"/>
          <w:sz w:val="18"/>
        </w:rPr>
        <w:t>Перевірено 24.09.2026. Файл можна правити й поширювати всередині компанії. Питання: bohdan@hworknet.com · t.me/hworkneter · hworknet.com/contacts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