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7534E"/>
          <w:sz w:val="18"/>
        </w:rPr>
        <w:t>Богдан Щербаков · корпоративний ШІ-тренер · hworknet.com/resources/ai-tools-cheatsheet</w:t>
      </w:r>
    </w:p>
    <w:p>
      <w:pPr>
        <w:pStyle w:val="Heading1"/>
      </w:pPr>
      <w:r>
        <w:t>Який ШІ-інструмент під яку задачу</w:t>
      </w:r>
    </w:p>
    <w:p>
      <w:r>
        <w:t>У чому кожен сервіс сильний і де слабший — так, як я пояснюю це на тренінгах. Ціни й версії моделей міняються частіше за цю сторінку, тому тут лише відмінності, які тримаються довго.</w:t>
      </w:r>
    </w:p>
    <w:p>
      <w:pPr>
        <w:pStyle w:val="Heading2"/>
      </w:pPr>
      <w:r>
        <w:t>Шпаргалка: який ШІ-інструмент під яку задачу</w:t>
      </w:r>
    </w:p>
    <w:p>
      <w:pPr>
        <w:pStyle w:val="ListBullet"/>
      </w:pPr>
      <w:r>
        <w:t>Богдан Щербаков, hworknet.com. Перевірено 24.09.2026. Без цін, версій моделей і лімітів: вони міняються частіше за цю сторінку.</w:t>
      </w:r>
    </w:p>
    <w:p>
      <w:pPr>
        <w:pStyle w:val="ListBullet"/>
      </w:pPr>
      <w:r>
        <w:t>Перший фільтр — що дозволено у вашій компанії. Документи компанії — тільки в робочому акаунті, де навчання моделі на ваших даних вимкнене.</w:t>
      </w:r>
    </w:p>
    <w:p>
      <w:pPr>
        <w:pStyle w:val="Heading2"/>
      </w:pPr>
      <w:r>
        <w:t>Microsoft Copilot</w:t>
      </w:r>
    </w:p>
    <w:p>
      <w:pPr>
        <w:pStyle w:val="ListBullet"/>
      </w:pPr>
      <w:r>
        <w:t>Сильний: працює всередині контуру компанії, поруч із поштою, календарем, нарадами й файлами, у Word, Excel, PowerPoint, Outlook і Teams.</w:t>
      </w:r>
    </w:p>
    <w:p>
      <w:pPr>
        <w:pStyle w:val="ListBullet"/>
      </w:pPr>
      <w:r>
        <w:t>Слабше: людям здається слабшим за публічні чати, захищені файли не відкриває, а функції всередині застосунків є лише на повній ліцензії.</w:t>
      </w:r>
    </w:p>
    <w:p>
      <w:pPr>
        <w:pStyle w:val="ListBullet"/>
      </w:pPr>
      <w:r>
        <w:t>Беріть, коли: дані вже в пошті, Teams чи SharePoint і виносити їх назовні не можна.</w:t>
      </w:r>
    </w:p>
    <w:p>
      <w:pPr>
        <w:pStyle w:val="Heading2"/>
      </w:pPr>
      <w:r>
        <w:t>Gemini</w:t>
      </w:r>
    </w:p>
    <w:p>
      <w:pPr>
        <w:pStyle w:val="ListBullet"/>
      </w:pPr>
      <w:r>
        <w:t>Сильний: вбудований у Gmail, Docs і Drive; глибокий пошук спирається на пошук Google; Gems — власні асистенти з доступом до пошти, календаря й файлів.</w:t>
      </w:r>
    </w:p>
    <w:p>
      <w:pPr>
        <w:pStyle w:val="ListBullet"/>
      </w:pPr>
      <w:r>
        <w:t>Слабше: у робочому акаунті менше персоналізації, ніж в особистому; довгу інструкцію краще ділити на кілька вузьких; звіти бувають розлогими, тому формат відповіді задавайте наперед.</w:t>
      </w:r>
    </w:p>
    <w:p>
      <w:pPr>
        <w:pStyle w:val="ListBullet"/>
      </w:pPr>
      <w:r>
        <w:t>Беріть, коли: компанія працює на Google Workspace або потрібен великий звіт із багатьох джерел.</w:t>
      </w:r>
    </w:p>
    <w:p>
      <w:pPr>
        <w:pStyle w:val="Heading2"/>
      </w:pPr>
      <w:r>
        <w:t>NotebookLM</w:t>
      </w:r>
    </w:p>
    <w:p>
      <w:pPr>
        <w:pStyle w:val="ListBullet"/>
      </w:pPr>
      <w:r>
        <w:t>Сильний: відповідає лише з документів, які ви дали, і показує місце в джерелі під кожним реченням; блокнотом можна поділитись із колегами.</w:t>
      </w:r>
    </w:p>
    <w:p>
      <w:pPr>
        <w:pStyle w:val="ListBullet"/>
      </w:pPr>
      <w:r>
        <w:t>Слабше: на великому масиві теж починає вигадувати, тому вибіркову перевірку ніхто не скасовував.</w:t>
      </w:r>
    </w:p>
    <w:p>
      <w:pPr>
        <w:pStyle w:val="ListBullet"/>
      </w:pPr>
      <w:r>
        <w:t>Беріть, коли: треба питати регламенти, договори, записи зустрічей чи архів.</w:t>
      </w:r>
    </w:p>
    <w:p>
      <w:pPr>
        <w:pStyle w:val="Heading2"/>
      </w:pPr>
      <w:r>
        <w:t>ChatGPT</w:t>
      </w:r>
    </w:p>
    <w:p>
      <w:pPr>
        <w:pStyle w:val="ListBullet"/>
      </w:pPr>
      <w:r>
        <w:t>Сильний: універсальний, памʼятає контекст, має проєкти з власною памʼяттю і власні GPTs, у яких видно лічильник запусків.</w:t>
      </w:r>
    </w:p>
    <w:p>
      <w:pPr>
        <w:pStyle w:val="ListBullet"/>
      </w:pPr>
      <w:r>
        <w:t>Слабше: іде в ширину, а не в глибину — функцій багато, але в окремих задачах інші сервіси сильніші; спільний акаунт на кількох людей змішує памʼять і псує відповіді.</w:t>
      </w:r>
    </w:p>
    <w:p>
      <w:pPr>
        <w:pStyle w:val="ListBullet"/>
      </w:pPr>
      <w:r>
        <w:t>Беріть, коли: операція повторюється щодня і її варто загорнути в окремий GPT.</w:t>
      </w:r>
    </w:p>
    <w:p>
      <w:pPr>
        <w:pStyle w:val="Heading2"/>
      </w:pPr>
      <w:r>
        <w:t>Claude</w:t>
      </w:r>
    </w:p>
    <w:p>
      <w:pPr>
        <w:pStyle w:val="ListBullet"/>
      </w:pPr>
      <w:r>
        <w:t>Сильний: робота з текстом, довгі документи, точне виконання інструкцій; проєкти, скіли й конектори до пошти, диска й таск-трекера.</w:t>
      </w:r>
    </w:p>
    <w:p>
      <w:pPr>
        <w:pStyle w:val="ListBullet"/>
      </w:pPr>
      <w:r>
        <w:t>Слабше: ліміти закінчуються посеред великої задачі, а цифри з конекторів треба звіряти, а не брати на віру.</w:t>
      </w:r>
    </w:p>
    <w:p>
      <w:pPr>
        <w:pStyle w:val="ListBullet"/>
      </w:pPr>
      <w:r>
        <w:t>Беріть, коли: треба вичитати, переписати чи звести кілька документів або зробити з повторюваного формату скіл.</w:t>
      </w:r>
    </w:p>
    <w:p>
      <w:pPr>
        <w:pStyle w:val="Heading2"/>
      </w:pPr>
      <w:r>
        <w:t>Perplexity</w:t>
      </w:r>
    </w:p>
    <w:p>
      <w:pPr>
        <w:pStyle w:val="ListBullet"/>
      </w:pPr>
      <w:r>
        <w:t>Сильний: швидкий пошук, джерело біля кожного речення, глибокий пошук зі звітом.</w:t>
      </w:r>
    </w:p>
    <w:p>
      <w:pPr>
        <w:pStyle w:val="ListBullet"/>
      </w:pPr>
      <w:r>
        <w:t>Слабше: буває поверхневим і для роботи з текстом слабший за інших. Джерело біля речення ще не доказ: мережі сайтів навмисно підгодовують моделі неправдою, тому посилання відкривайте.</w:t>
      </w:r>
    </w:p>
    <w:p>
      <w:pPr>
        <w:pStyle w:val="ListBullet"/>
      </w:pPr>
      <w:r>
        <w:t>Беріть, коли: треба швидко зібрати факти з інтернету й одразу бачити, звідки вони.</w:t>
      </w:r>
    </w:p>
    <w:p>
      <w:pPr>
        <w:pStyle w:val="Heading2"/>
      </w:pPr>
      <w:r>
        <w:t>Задача й інструмент</w:t>
      </w:r>
    </w:p>
    <w:p>
      <w:pPr>
        <w:pStyle w:val="ListBullet"/>
      </w:pPr>
      <w:r>
        <w:t>Пошта, наради, файли Microsoft — Copilot.</w:t>
      </w:r>
    </w:p>
    <w:p>
      <w:pPr>
        <w:pStyle w:val="ListBullet"/>
      </w:pPr>
      <w:r>
        <w:t>Питання по своїх документах — NotebookLM або проєкт у Claude чи ChatGPT.</w:t>
      </w:r>
    </w:p>
    <w:p>
      <w:pPr>
        <w:pStyle w:val="ListBullet"/>
      </w:pPr>
      <w:r>
        <w:t>Дослідження теми чи ринку — Perplexity для швидкої відповіді, глибокий пошук у Gemini для великого звіту.</w:t>
      </w:r>
    </w:p>
    <w:p>
      <w:pPr>
        <w:pStyle w:val="ListBullet"/>
      </w:pPr>
      <w:r>
        <w:t>Повторювана операція — GPT у ChatGPT, Gem у Gemini, проєкт чи скіл у Claude.</w:t>
      </w:r>
    </w:p>
    <w:p>
      <w:pPr>
        <w:pStyle w:val="ListBullet"/>
      </w:pPr>
      <w:r>
        <w:t>Довгий текст чи документ — Claude.</w:t>
      </w:r>
    </w:p>
    <w:p>
      <w:pPr>
        <w:pStyle w:val="ListBullet"/>
      </w:pPr>
      <w:r>
        <w:t>Відповідь, від якої багато залежить, — той самий запит у кількох сервісах і порівняння.</w:t>
      </w:r>
    </w:p>
    <w:p>
      <w:pPr>
        <w:pStyle w:val="Heading2"/>
      </w:pPr>
      <w:r>
        <w:t>Що однаково в усіх</w:t>
      </w:r>
    </w:p>
    <w:p>
      <w:pPr>
        <w:pStyle w:val="ListBullet"/>
      </w:pPr>
      <w:r>
        <w:t>Модель буває впевнено неправою: цифри, дати, норми й цитати звіряйте з першоджерелом.</w:t>
      </w:r>
    </w:p>
    <w:p>
      <w:pPr>
        <w:pStyle w:val="ListBullet"/>
      </w:pPr>
      <w:r>
        <w:t>Довгий діалог псує відповідь: нова задача — новий чат.</w:t>
      </w:r>
    </w:p>
    <w:p>
      <w:pPr>
        <w:pStyle w:val="ListBullet"/>
      </w:pPr>
      <w:r>
        <w:t>Українська їсть більше токенів, ніж англійська: довгі документи ріжте на частини.</w:t>
      </w:r>
    </w:p>
    <w:p>
      <w:r>
        <w:rPr>
          <w:color w:val="57534E"/>
          <w:sz w:val="18"/>
        </w:rPr>
        <w:t>Перевірено 24.09.2026. Файл можна правити й поширювати всередині компанії. Питання: bohdan@hworknet.com · t.me/hworkneter · hworknet.com/contacts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