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7534E"/>
          <w:sz w:val="18"/>
        </w:rPr>
        <w:t>Богдан Щербаков · корпоративний ШІ-тренер · hworknet.com/resources/ai-policy-template</w:t>
      </w:r>
    </w:p>
    <w:p>
      <w:pPr>
        <w:pStyle w:val="Heading1"/>
      </w:pPr>
      <w:r>
        <w:t>Правила роботи з ШІ: шаблон на одну сторінку</w:t>
      </w:r>
    </w:p>
    <w:p>
      <w:r>
        <w:t>Одна сторінка, яку новий співробітник читає в перший тиждень: чим користуватись, чого не вантажити і куди йти з питанням. Це не юридичний документ і не заміна вашої політики безпеки, а її переклад на щоденні задачі.</w:t>
      </w:r>
    </w:p>
    <w:p>
      <w:pPr>
        <w:pStyle w:val="Heading2"/>
      </w:pPr>
      <w:r>
        <w:t>Правила роботи з ШІ в [назва компанії]</w:t>
      </w:r>
    </w:p>
    <w:p>
      <w:pPr>
        <w:pStyle w:val="ListBullet"/>
      </w:pPr>
      <w:r>
        <w:t>Версія від [дата]. Наступний перегляд: [дата]. Власник правил: [посада, імʼя].</w:t>
      </w:r>
    </w:p>
    <w:p>
      <w:pPr>
        <w:pStyle w:val="ListBullet"/>
      </w:pPr>
      <w:r>
        <w:t>Це не юридичний документ і не заміна політики безпеки [назва компанії]. Якщо щось тут розходиться з політикою, діє політика.</w:t>
      </w:r>
    </w:p>
    <w:p>
      <w:pPr>
        <w:pStyle w:val="Heading2"/>
      </w:pPr>
      <w:r>
        <w:t>1. Чим користуємось</w:t>
      </w:r>
    </w:p>
    <w:p>
      <w:pPr>
        <w:pStyle w:val="ListBullet"/>
      </w:pPr>
      <w:r>
        <w:t>Дозволені сервіси: [сервіс — тип акаунта: корпоративний або командний тариф].</w:t>
      </w:r>
    </w:p>
    <w:p>
      <w:pPr>
        <w:pStyle w:val="ListBullet"/>
      </w:pPr>
      <w:r>
        <w:t>Навчання моделі на наших даних вимкнене: [де це налаштовано і хто перевірив].</w:t>
      </w:r>
    </w:p>
    <w:p>
      <w:pPr>
        <w:pStyle w:val="ListBullet"/>
      </w:pPr>
      <w:r>
        <w:t>Робочі дані не йдуть в особисті акаунти, навіть якщо там зручніше.</w:t>
      </w:r>
    </w:p>
    <w:p>
      <w:pPr>
        <w:pStyle w:val="ListBullet"/>
      </w:pPr>
      <w:r>
        <w:t>Дозволений сервіс не закриває задачу? Напишіть [контакт]: яка задача, які дані, чого бракує в наявному.</w:t>
      </w:r>
    </w:p>
    <w:p>
      <w:pPr>
        <w:pStyle w:val="Heading2"/>
      </w:pPr>
      <w:r>
        <w:t>2. Що можна віддавати моделі</w:t>
      </w:r>
    </w:p>
    <w:p>
      <w:pPr>
        <w:pStyle w:val="ListBullet"/>
      </w:pPr>
      <w:r>
        <w:t>Можна: публічне. [Тексти з нашого сайту, опубліковані матеріали, загальні питання без імен і цифр компанії.]</w:t>
      </w:r>
    </w:p>
    <w:p>
      <w:pPr>
        <w:pStyle w:val="ListBullet"/>
      </w:pPr>
      <w:r>
        <w:t>Тільки після знеособлення і тільки в [дозволений сервіс]: [таблиці з клієнтами, листування, внутрішні звіти].</w:t>
      </w:r>
    </w:p>
    <w:p>
      <w:pPr>
        <w:pStyle w:val="ListBullet"/>
      </w:pPr>
      <w:r>
        <w:t>Як знеособлюємо: прізвища на номери, назви компаній на тип клієнта, точні суми на діапазон. Було: "Олена Коваль, ТОВ „Альфа“, 245 300 грн". Стало: "Клієнт 3, малий бізнес, 200–250 тис. грн".</w:t>
      </w:r>
    </w:p>
    <w:p>
      <w:pPr>
        <w:pStyle w:val="ListBullet"/>
      </w:pPr>
      <w:r>
        <w:t>Ключ відповідності (хто такий "Клієнт 3") лишається у вас і в модель не йде: результат зіставляєте з ним уже після.</w:t>
      </w:r>
    </w:p>
    <w:p>
      <w:pPr>
        <w:pStyle w:val="ListBullet"/>
      </w:pPr>
      <w:r>
        <w:t>Не можна ніколи: паролі, ключі й доступи; зарплати й результати атестації; документи під NDA; [ваші категорії].</w:t>
      </w:r>
    </w:p>
    <w:p>
      <w:pPr>
        <w:pStyle w:val="Heading2"/>
      </w:pPr>
      <w:r>
        <w:t>3. Перед тим як прикріпити файл</w:t>
      </w:r>
    </w:p>
    <w:p>
      <w:pPr>
        <w:pStyle w:val="ListBullet"/>
      </w:pPr>
      <w:r>
        <w:t>Це дозволений сервіс і робочий акаунт?</w:t>
      </w:r>
    </w:p>
    <w:p>
      <w:pPr>
        <w:pStyle w:val="ListBullet"/>
      </w:pPr>
      <w:r>
        <w:t>У файлі є імена, телефони, суми чи назви контрагентів?</w:t>
      </w:r>
    </w:p>
    <w:p>
      <w:pPr>
        <w:pStyle w:val="ListBullet"/>
      </w:pPr>
      <w:r>
        <w:t>Можна дати лише потрібний шматок, а не весь документ?</w:t>
      </w:r>
    </w:p>
    <w:p>
      <w:pPr>
        <w:pStyle w:val="ListBullet"/>
      </w:pPr>
      <w:r>
        <w:t>Я готовий, що цей текст прочитає хтось поза компанією?</w:t>
      </w:r>
    </w:p>
    <w:p>
      <w:pPr>
        <w:pStyle w:val="ListBullet"/>
      </w:pPr>
      <w:r>
        <w:t>Якщо хоч на одне питання відповідь "не знаю", не вантажте і спитайте [контакт].</w:t>
      </w:r>
    </w:p>
    <w:p>
      <w:pPr>
        <w:pStyle w:val="Heading2"/>
      </w:pPr>
      <w:r>
        <w:t>4. Перевірка результату</w:t>
      </w:r>
    </w:p>
    <w:p>
      <w:pPr>
        <w:pStyle w:val="ListBullet"/>
      </w:pPr>
      <w:r>
        <w:t>Відповідь моделі — чернетка. За те, що пішло клієнту чи в звіт, відповідає людина, яка це відправила.</w:t>
      </w:r>
    </w:p>
    <w:p>
      <w:pPr>
        <w:pStyle w:val="ListBullet"/>
      </w:pPr>
      <w:r>
        <w:t>Цифри, дати, норми й цитати звіряємо з першоджерелом. Модель питаємо прямо: звідки це і станом на яку дату.</w:t>
      </w:r>
    </w:p>
    <w:p>
      <w:pPr>
        <w:pStyle w:val="ListBullet"/>
      </w:pPr>
      <w:r>
        <w:t>Для важливого: той самий запит кілька разів або в іншому сервісі, і друга людина, яка перечитає.</w:t>
      </w:r>
    </w:p>
    <w:p>
      <w:pPr>
        <w:pStyle w:val="ListBullet"/>
      </w:pPr>
      <w:r>
        <w:t>Без перевірки людиною не виходять: [договори, тексти клієнтам, цифри у звітах, ваше].</w:t>
      </w:r>
    </w:p>
    <w:p>
      <w:pPr>
        <w:pStyle w:val="Heading2"/>
      </w:pPr>
      <w:r>
        <w:t>5. Хто відповідає</w:t>
      </w:r>
    </w:p>
    <w:p>
      <w:pPr>
        <w:pStyle w:val="ListBullet"/>
      </w:pPr>
      <w:r>
        <w:t>Власник правил: [посада, імʼя].</w:t>
      </w:r>
    </w:p>
    <w:p>
      <w:pPr>
        <w:pStyle w:val="ListBullet"/>
      </w:pPr>
      <w:r>
        <w:t>Питання "а це можна?": [чат, пошта або людина]. Відповідаємо протягом [строк].</w:t>
      </w:r>
    </w:p>
    <w:p>
      <w:pPr>
        <w:pStyle w:val="ListBullet"/>
      </w:pPr>
      <w:r>
        <w:t>Запит на новий сервіс: [куди писати]. Вказати задачу, дані, з якими працюватимете, і ризики.</w:t>
      </w:r>
    </w:p>
    <w:p>
      <w:pPr>
        <w:pStyle w:val="Heading2"/>
      </w:pPr>
      <w:r>
        <w:t>6. Якщо вже завантажили</w:t>
      </w:r>
    </w:p>
    <w:p>
      <w:pPr>
        <w:pStyle w:val="ListBullet"/>
      </w:pPr>
      <w:r>
        <w:t>Завантажене назад не забрати, тому важливо швидко знати, що саме і куди пішло.</w:t>
      </w:r>
    </w:p>
    <w:p>
      <w:pPr>
        <w:pStyle w:val="ListBullet"/>
      </w:pPr>
      <w:r>
        <w:t>Напишіть [контакт]: який файл, у який сервіс, з якого акаунта і коли.</w:t>
      </w:r>
    </w:p>
    <w:p>
      <w:pPr>
        <w:pStyle w:val="ListBullet"/>
      </w:pPr>
      <w:r>
        <w:t>Далі за інструкцією [служби безпеки]: [видалити чат, змінити паролі, якщо там були доступи, ваше].</w:t>
      </w:r>
    </w:p>
    <w:p>
      <w:pPr>
        <w:pStyle w:val="ListBullet"/>
      </w:pPr>
      <w:r>
        <w:t>Того, хто повідомив сам, не соромимо при всіх: інакше наступного разу промовчать.</w:t>
      </w:r>
    </w:p>
    <w:p>
      <w:pPr>
        <w:pStyle w:val="Heading2"/>
      </w:pPr>
      <w:r>
        <w:t>Ознайомлення</w:t>
      </w:r>
    </w:p>
    <w:p>
      <w:pPr>
        <w:pStyle w:val="ListBullet"/>
      </w:pPr>
      <w:r>
        <w:t>Прочитав і зрозумів: [імʼя], [дата].</w:t>
      </w:r>
    </w:p>
    <w:p>
      <w:r>
        <w:rPr>
          <w:color w:val="57534E"/>
          <w:sz w:val="18"/>
        </w:rPr>
        <w:t>Перевірено 24.09.2026. Файл можна правити й поширювати всередині компанії. Питання: bohdan@hworknet.com · t.me/hworkneter · hworknet.com/contacts</w:t>
      </w:r>
    </w:p>
    <w:sectPr w:rsidR="00FC693F" w:rsidRPr="0006063C" w:rsidSect="00034616">
      <w:pgSz w:w="12240" w:h="15840"/>
      <w:pgMar w:top="1247" w:right="1701" w:bottom="124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Arial" w:cs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76" w:lineRule="auto"/>
      <w:outlineLvl w:val="0"/>
    </w:pPr>
    <w:rPr>
      <w:rFonts w:ascii="Arial" w:hAnsi="Arial" w:eastAsia="Arial" w:cs="Arial"/>
      <w:b/>
      <w:bCs/>
      <w:i w:val="0"/>
      <w:color w:val="C8102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 w:line="276" w:lineRule="auto"/>
      <w:outlineLvl w:val="1"/>
    </w:pPr>
    <w:rPr>
      <w:rFonts w:ascii="Arial" w:hAnsi="Arial" w:eastAsia="Arial" w:cs="Arial"/>
      <w:b/>
      <w:bCs/>
      <w:i w:val="0"/>
      <w:color w:val="C810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76" w:lineRule="auto" w:before="0"/>
      <w:contextualSpacing/>
    </w:pPr>
    <w:rPr>
      <w:rFonts w:ascii="Arial" w:hAnsi="Arial" w:eastAsia="Arial" w:cs="Arial"/>
      <w:b/>
      <w:i w:val="0"/>
      <w:color w:val="C810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