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Записаний курс з ШІ, який лишається у вашій LMS</w:t>
      </w:r>
    </w:p>
    <w:p>
      <w:r>
        <w:t>Уроки по 8–15 хвилин із показом екрана й озвучкою — можна без обличчя в кадрі, — плюс тест, сертифікат і звіт про прогрес для L&amp;D. Курс ви викуповуєте, і він лишається у вашій LMS; ціна — після брифу, бо залежить від кількості уроків.</w:t>
      </w:r>
    </w:p>
    <w:p>
      <w:r>
        <w:t>уроки по 8–15 хвилин — формат · після брифу — вартість · 10 відео — для банку після живих потоків</w:t>
      </w:r>
    </w:p>
    <w:p>
      <w:pPr>
        <w:pStyle w:val="Heading2"/>
      </w:pPr>
      <w:r>
        <w:t>Кому це потрібно</w:t>
      </w:r>
    </w:p>
    <w:p>
      <w:pPr>
        <w:pStyle w:val="ListBullet"/>
      </w:pPr>
      <w:r>
        <w:rPr>
          <w:b/>
        </w:rPr>
        <w:t>Усіх разом не зібрати</w:t>
      </w:r>
      <w:r>
        <w:t xml:space="preserve"> — Людей сотні, вони в різних містах і змінах, і зібрати всіх на живе заняття в один час не виходить.</w:t>
      </w:r>
    </w:p>
    <w:p>
      <w:pPr>
        <w:pStyle w:val="ListBullet"/>
      </w:pPr>
      <w:r>
        <w:rPr>
          <w:b/>
        </w:rPr>
        <w:t>Новачки щомісяця</w:t>
      </w:r>
      <w:r>
        <w:t xml:space="preserve"> — Нові люди приходять постійно, і базу про ШІ кожен має отримати в перший тиждень, а не чекати наступного потоку.</w:t>
      </w:r>
    </w:p>
    <w:p>
      <w:pPr>
        <w:pStyle w:val="ListBullet"/>
      </w:pPr>
      <w:r>
        <w:rPr>
          <w:b/>
        </w:rPr>
        <w:t>Хтось пропустив потік</w:t>
      </w:r>
      <w:r>
        <w:t xml:space="preserve"> — Живе навчання вже пройшло, і запис потрібен тим, хто не потрапив на потік, щоб вони наздогнали колег.</w:t>
      </w:r>
    </w:p>
    <w:p>
      <w:pPr>
        <w:pStyle w:val="Heading2"/>
      </w:pPr>
      <w:r>
        <w:t>Як це відбувається</w:t>
      </w:r>
    </w:p>
    <w:p>
      <w:r>
        <w:rPr>
          <w:i/>
        </w:rPr>
        <w:t>Починається з дзвінка на 15 хвилин</w:t>
      </w:r>
    </w:p>
    <w:p>
      <w:pPr>
        <w:pStyle w:val="ListNumber"/>
      </w:pPr>
      <w:r>
        <w:rPr>
          <w:b/>
        </w:rPr>
        <w:t>Дзвінок і бриф</w:t>
      </w:r>
      <w:r>
        <w:t xml:space="preserve"> — Пʼятнадцять хвилин безкоштовно, далі бриф: хто вчитиметься, на яких задачах, яка у вас LMS і скільки потрібно уроків.</w:t>
      </w:r>
    </w:p>
    <w:p>
      <w:pPr>
        <w:pStyle w:val="ListNumber"/>
      </w:pPr>
      <w:r>
        <w:rPr>
          <w:b/>
        </w:rPr>
        <w:t>Сценарії і запис</w:t>
      </w:r>
      <w:r>
        <w:t xml:space="preserve"> — Погоджуємо програму й сценарії, далі записую уроки з показом екрана й озвучкою на ваших інструментах і прикладах.</w:t>
      </w:r>
    </w:p>
    <w:p>
      <w:pPr>
        <w:pStyle w:val="ListNumber"/>
      </w:pPr>
      <w:r>
        <w:rPr>
          <w:b/>
        </w:rPr>
        <w:t>Курс у вашій LMS</w:t>
      </w:r>
      <w:r>
        <w:t xml:space="preserve"> — Уроки, тест і сертифікат ставимо у вашу платформу, а L&amp;D отримує звіт про прогрес кожного учасника.</w:t>
      </w:r>
    </w:p>
    <w:p>
      <w:pPr>
        <w:pStyle w:val="Heading2"/>
      </w:pPr>
      <w:r>
        <w:t>Що ви вмієте після</w:t>
      </w:r>
    </w:p>
    <w:p>
      <w:pPr>
        <w:pStyle w:val="ListBullet"/>
      </w:pPr>
      <w:r>
        <w:rPr>
          <w:b/>
        </w:rPr>
        <w:t>Курс лишається у вас</w:t>
      </w:r>
      <w:r>
        <w:t xml:space="preserve"> — Курс викуплений і лежить у вашій LMS: новачки проходять його без мене, коли приходять у компанію.</w:t>
      </w:r>
    </w:p>
    <w:p>
      <w:pPr>
        <w:pStyle w:val="ListBullet"/>
      </w:pPr>
      <w:r>
        <w:rPr>
          <w:b/>
        </w:rPr>
        <w:t>Тест і сертифікат</w:t>
      </w:r>
      <w:r>
        <w:t xml:space="preserve"> — Після курсу людина складає тест і отримує сертифікат, а не просто відмітку, що відкривала відео.</w:t>
      </w:r>
    </w:p>
    <w:p>
      <w:pPr>
        <w:pStyle w:val="ListBullet"/>
      </w:pPr>
      <w:r>
        <w:rPr>
          <w:b/>
        </w:rPr>
        <w:t>Прогрес для L&amp;D</w:t>
      </w:r>
      <w:r>
        <w:t xml:space="preserve"> — L&amp;D бачить у звіті, хто пройшов курс, хто зупинився і на якому уроці, і не мусить здогадуватись.</w:t>
      </w:r>
    </w:p>
    <w:p>
      <w:pPr>
        <w:pStyle w:val="Heading2"/>
      </w:pPr>
      <w:r>
        <w:t>Чого не буде</w:t>
      </w:r>
    </w:p>
    <w:p>
      <w:pPr>
        <w:pStyle w:val="ListBullet"/>
      </w:pPr>
      <w:r>
        <w:rPr>
          <w:b/>
        </w:rPr>
        <w:t>Заміни живих занять</w:t>
      </w:r>
      <w:r>
        <w:t xml:space="preserve"> — Запис дає базу, але живих занять на задачах команди не замінює: найкраще він працює разом із ними.</w:t>
      </w:r>
    </w:p>
    <w:p>
      <w:pPr>
        <w:pStyle w:val="ListBullet"/>
      </w:pPr>
      <w:r>
        <w:rPr>
          <w:b/>
        </w:rPr>
        <w:t>Вічного курсу</w:t>
      </w:r>
      <w:r>
        <w:t xml:space="preserve"> — Інструменти змінюються швидше, ніж живе запис: уроки про конкретні кнопки старіють, а принципи лишаються.</w:t>
      </w:r>
    </w:p>
    <w:p>
      <w:pPr>
        <w:pStyle w:val="ListBullet"/>
      </w:pPr>
      <w:r>
        <w:rPr>
          <w:b/>
        </w:rPr>
        <w:t>Студійної зйомки</w:t>
      </w:r>
      <w:r>
        <w:t xml:space="preserve"> — Уроки — це показ екрана з озвучкою, а не студійне відео з ведучим; обличчя в кадрі — за бажанням.</w:t>
      </w:r>
    </w:p>
    <w:p>
      <w:pPr>
        <w:pStyle w:val="Heading2"/>
      </w:pPr>
      <w:r>
        <w:t>Що потрібно від вас</w:t>
      </w:r>
    </w:p>
    <w:p>
      <w:r>
        <w:rPr>
          <w:i/>
        </w:rPr>
        <w:t>Без цього програма збереться загальною</w:t>
      </w:r>
    </w:p>
    <w:p>
      <w:pPr>
        <w:pStyle w:val="ListBullet"/>
      </w:pPr>
      <w:r>
        <w:rPr>
          <w:b/>
        </w:rPr>
        <w:t>Яка у вас LMS</w:t>
      </w:r>
      <w:r>
        <w:t xml:space="preserve"> — Яка платформа і в якому форматі вона приймає відео, тести й сертифікати, щоб курс став у неї без переробок.</w:t>
      </w:r>
    </w:p>
    <w:p>
      <w:pPr>
        <w:pStyle w:val="ListBullet"/>
      </w:pPr>
      <w:r>
        <w:rPr>
          <w:b/>
        </w:rPr>
        <w:t>Ролі й задачі людей</w:t>
      </w:r>
      <w:r>
        <w:t xml:space="preserve"> — Хто вчитиметься і з якими задачами працює щодня: приклади в уроках будую на них, а не на загальних.</w:t>
      </w:r>
    </w:p>
    <w:p>
      <w:pPr>
        <w:pStyle w:val="ListBullet"/>
      </w:pPr>
      <w:r>
        <w:rPr>
          <w:b/>
        </w:rPr>
        <w:t>Один погоджувач</w:t>
      </w:r>
      <w:r>
        <w:t xml:space="preserve"> — Одна людина з L&amp;D погоджує сценарії й записи, щоб правки приходили одним списком, а не з кожного відділу.</w:t>
      </w:r>
    </w:p>
    <w:p>
      <w:pPr>
        <w:pStyle w:val="Heading2"/>
      </w:pPr>
      <w:r>
        <w:t>Умови</w:t>
      </w:r>
    </w:p>
    <w:p>
      <w:pPr>
        <w:pStyle w:val="ListBullet"/>
      </w:pPr>
      <w:r>
        <w:t>300$ за годину на групу, онлайн, українською.</w:t>
      </w:r>
    </w:p>
    <w:p>
      <w:pPr>
        <w:pStyle w:val="ListBullet"/>
      </w:pPr>
      <w:r>
        <w:t>Оплата: 50% до старту, 50% після.</w:t>
      </w:r>
    </w:p>
    <w:p>
      <w:pPr>
        <w:pStyle w:val="ListBullet"/>
      </w:pPr>
      <w:r>
        <w:t>ФОП без ПДВ; договір, акт, за потреби NDA.</w:t>
      </w:r>
    </w:p>
    <w:p>
      <w:pPr>
        <w:pStyle w:val="Heading2"/>
      </w:pPr>
      <w:r>
        <w:t>Контакти</w:t>
      </w:r>
    </w:p>
    <w:p>
      <w:r>
        <w:t>Богдан Щербаков, корпоративний ШІ-тренер</w:t>
      </w:r>
    </w:p>
    <w:p>
      <w:r>
        <w:t>bohdan@hworknet.com · t.me/hworkneter · безкоштовний дзвінок на 15 хвилин: hworknet.com/contacts</w:t>
      </w:r>
    </w:p>
    <w:p>
      <w:r>
        <w:drawing>
          <wp:inline xmlns:a="http://schemas.openxmlformats.org/drawingml/2006/main" xmlns:pic="http://schemas.openxmlformats.org/drawingml/2006/picture">
            <wp:extent cx="1080000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corded-course-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57534E"/>
          <w:sz w:val="17"/>
        </w:rPr>
        <w:t>Сторінка програми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