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Впровадження ШІ у великій компанії: від процесів до грошей</w:t>
      </w:r>
    </w:p>
    <w:p>
      <w:r>
        <w:t>Для компаній від 200 людей: наводимо лад у процесах, проводимо тренінги по відділах із заміром і переводимо результат у гроші. Я радник — даю структуру й послідовність, а будують ваші люди або розробники, яких я рекомендую.</w:t>
      </w:r>
    </w:p>
    <w:p>
      <w:r>
        <w:t>3–6 місяців — тривалість · після діагностики — вартість · від 200 людей — розмір компанії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Ліцензії є, ефекту нема</w:t>
      </w:r>
      <w:r>
        <w:t xml:space="preserve"> — Компанія купила Copilot чи ChatGPT на сотні людей, а скільки годин це заощадило, ніхто сказати не може.</w:t>
      </w:r>
    </w:p>
    <w:p>
      <w:pPr>
        <w:pStyle w:val="ListBullet"/>
      </w:pPr>
      <w:r>
        <w:rPr>
          <w:b/>
        </w:rPr>
        <w:t>Кожен відділ сам по собі</w:t>
      </w:r>
      <w:r>
        <w:t xml:space="preserve"> — Маркетинг пробує одне, юристи інше, ІТ третє, а спільної послідовності, хто за ким і навіщо, немає.</w:t>
      </w:r>
    </w:p>
    <w:p>
      <w:pPr>
        <w:pStyle w:val="ListBullet"/>
      </w:pPr>
      <w:r>
        <w:rPr>
          <w:b/>
        </w:rPr>
        <w:t>Процеси не описані</w:t>
      </w:r>
      <w:r>
        <w:t xml:space="preserve"> — Процеси живуть у головах, а не словами, тож автоматизовувати поки нічого, і розробку замовляти рано.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діагностика</w:t>
      </w:r>
      <w:r>
        <w:t xml:space="preserve"> — Пʼятнадцять хвилин безкоштовно, далі діагностика: відділи, процеси, видані доступи і де згорає найбільше годин.</w:t>
      </w:r>
    </w:p>
    <w:p>
      <w:pPr>
        <w:pStyle w:val="ListNumber"/>
      </w:pPr>
      <w:r>
        <w:rPr>
          <w:b/>
        </w:rPr>
        <w:t>Хвилі по відділах</w:t>
      </w:r>
      <w:r>
        <w:t xml:space="preserve"> — Тренінги по відділах із заміром до і після, а паралельно описуємо процеси, які далі можна віддати ШІ.</w:t>
      </w:r>
    </w:p>
    <w:p>
      <w:pPr>
        <w:pStyle w:val="ListNumber"/>
      </w:pPr>
      <w:r>
        <w:rPr>
          <w:b/>
        </w:rPr>
        <w:t>Звіт у грошах і план</w:t>
      </w:r>
      <w:r>
        <w:t xml:space="preserve"> — Керівник отримує звіт: зекономлені години × люди × вартість години ролі — і порядок наступних кроків.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Процеси описані</w:t>
      </w:r>
      <w:r>
        <w:t xml:space="preserve"> — Ключові процеси описані словами, і видно, що з них ШІ бере повністю, що частково, а що лишається людям.</w:t>
      </w:r>
    </w:p>
    <w:p>
      <w:pPr>
        <w:pStyle w:val="ListBullet"/>
      </w:pPr>
      <w:r>
        <w:rPr>
          <w:b/>
        </w:rPr>
        <w:t>Ефект у грошах</w:t>
      </w:r>
      <w:r>
        <w:t xml:space="preserve"> — По кожному відділу є замір до і після, переведений у гроші, а не "сподобалось" у формі зворотного звʼязку.</w:t>
      </w:r>
    </w:p>
    <w:p>
      <w:pPr>
        <w:pStyle w:val="ListBullet"/>
      </w:pPr>
      <w:r>
        <w:rPr>
          <w:b/>
        </w:rPr>
        <w:t>Безпека для всіх</w:t>
      </w:r>
      <w:r>
        <w:t xml:space="preserve"> — Кожен працівник знає, що можна вантажити в модель, а що ні: блок безпеки для всіх іде бонусом.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Розробка під ключ</w:t>
      </w:r>
      <w:r>
        <w:t xml:space="preserve"> — Я не пишу код і не будую систем: це роблять ваші люди або розробники, яких я рекомендую.</w:t>
      </w:r>
    </w:p>
    <w:p>
      <w:pPr>
        <w:pStyle w:val="ListBullet"/>
      </w:pPr>
      <w:r>
        <w:rPr>
          <w:b/>
        </w:rPr>
        <w:t>Управління за вами</w:t>
      </w:r>
      <w:r>
        <w:t xml:space="preserve"> — Я даю структуру й послідовність, а рішення ухвалює і людей виділяє менеджмент: без нього план лишиться планом.</w:t>
      </w:r>
    </w:p>
    <w:p>
      <w:pPr>
        <w:pStyle w:val="ListBullet"/>
      </w:pPr>
      <w:r>
        <w:rPr>
          <w:b/>
        </w:rPr>
        <w:t>Офлайн і виїзди</w:t>
      </w:r>
      <w:r>
        <w:t xml:space="preserve"> — Працюю тільки онлайн — Zoom, Google Meet чи Microsoft Teams, на чому вам зручно; офлайну і виїздів немає.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Спонсор у керівництві</w:t>
      </w:r>
      <w:r>
        <w:t xml:space="preserve"> — Хтось із керівництва веде впровадження з вашого боку і дає йому пріоритет, інакше ШІ лишається справою ентузіастів.</w:t>
      </w:r>
    </w:p>
    <w:p>
      <w:pPr>
        <w:pStyle w:val="ListBullet"/>
      </w:pPr>
      <w:r>
        <w:rPr>
          <w:b/>
        </w:rPr>
        <w:t>Хто будуватиме</w:t>
      </w:r>
      <w:r>
        <w:t xml:space="preserve"> — Внутрішня команда або розробники, які збиратимуть рішення: я веду структуру, а не замінюю їх собою.</w:t>
      </w:r>
    </w:p>
    <w:p>
      <w:pPr>
        <w:pStyle w:val="ListBullet"/>
      </w:pPr>
      <w:r>
        <w:rPr>
          <w:b/>
        </w:rPr>
        <w:t>Дані по доступах</w:t>
      </w:r>
      <w:r>
        <w:t xml:space="preserve"> — Кому видано ліцензії і яка активність за останні місяці: із цього починається діагностика.</w:t>
      </w:r>
    </w:p>
    <w:p>
      <w:pPr>
        <w:pStyle w:val="Heading2"/>
      </w:pPr>
      <w:r>
        <w:t>Умови</w:t>
      </w:r>
    </w:p>
    <w:p>
      <w:pPr>
        <w:pStyle w:val="ListBullet"/>
      </w:pPr>
      <w:r>
        <w:t>300$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plementation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