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7534E"/>
          <w:sz w:val="18"/>
        </w:rPr>
        <w:t>Богдан Щербаков · корпоративний ШІ-тренер · hworknet.com/services/ai-champions</w:t>
      </w:r>
    </w:p>
    <w:p>
      <w:pPr>
        <w:pStyle w:val="Heading1"/>
      </w:pPr>
      <w:r>
        <w:t>ШІ-чемпіони: люди всередині, які далі вчать колег</w:t>
      </w:r>
    </w:p>
    <w:p>
      <w:r>
        <w:t>AI Champions — 10–25 людей, яких я вчу глибше за решту, щоб далі колег навчали вже вони. Програма впровадження вчить хвилями всю компанію, а тут я готую тих, хто лишиться всередині.</w:t>
      </w:r>
    </w:p>
    <w:p>
      <w:r>
        <w:t>6 × 2 години — тривалість · від 2400$ — вартість · 10–25 людей — розмір групи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Тисячі людей, один тренер</w:t>
      </w:r>
      <w:r>
        <w:t xml:space="preserve"> — Компанія на тисячі людей, і живими потоками для всіх навчання розтягується на місяці, а питання в людей виникають щодня.</w:t>
      </w:r>
    </w:p>
    <w:p>
      <w:pPr>
        <w:pStyle w:val="ListBullet"/>
      </w:pPr>
      <w:r>
        <w:rPr>
          <w:b/>
        </w:rPr>
        <w:t>Є ті, кому цікаво самим</w:t>
      </w:r>
      <w:r>
        <w:t xml:space="preserve"> — У кожній компанії є люди, які вже самі розбираються з ШІ, і саме в них є сенс вкладатися глибше, ніж у решту.</w:t>
      </w:r>
    </w:p>
    <w:p>
      <w:pPr>
        <w:pStyle w:val="ListBullet"/>
      </w:pPr>
      <w:r>
        <w:rPr>
          <w:b/>
        </w:rPr>
        <w:t>База є, бракує галузевого</w:t>
      </w:r>
      <w:r>
        <w:t xml:space="preserve"> — Загальне навчання вже було, а відділам потрібні промпти під свої задачі: скарги клієнтів, аналітичні записки, перевірка документів.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відбір групи</w:t>
      </w:r>
      <w:r>
        <w:t xml:space="preserve"> — Пʼятнадцять хвилин безкоштовно, далі разом відбираємо людей: кому довіряють колеги, у кого є реальні задачі й погоджений з керівником час.</w:t>
      </w:r>
    </w:p>
    <w:p>
      <w:pPr>
        <w:pStyle w:val="ListNumber"/>
      </w:pPr>
      <w:r>
        <w:rPr>
          <w:b/>
        </w:rPr>
        <w:t>Шість занять по дві години</w:t>
      </w:r>
      <w:r>
        <w:t xml:space="preserve"> — Поглиблений промптинг, безпека даних, документи й звіти, а між заняттями кожен веде проєкт на своїй задачі й збирає промпти під вертикаль.</w:t>
      </w:r>
    </w:p>
    <w:p>
      <w:pPr>
        <w:pStyle w:val="ListNumber"/>
      </w:pPr>
      <w:r>
        <w:rPr>
          <w:b/>
        </w:rPr>
        <w:t>Показ колегам і передача</w:t>
      </w:r>
      <w:r>
        <w:t xml:space="preserve"> — Наприкінці кожен показує колегам свою задачу й промпти, отримує методичку, як навчати інших, і далі веде це вже без мене.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Бібліотека промптів</w:t>
      </w:r>
      <w:r>
        <w:t xml:space="preserve"> — Промпти під реальні задачі кожної вертикалі: колега бере шаблон, підставляє свої дані й отримує результат без розбору техніки.</w:t>
      </w:r>
    </w:p>
    <w:p>
      <w:pPr>
        <w:pStyle w:val="ListBullet"/>
      </w:pPr>
      <w:r>
        <w:rPr>
          <w:b/>
        </w:rPr>
        <w:t>Проєкт на своїй задачі</w:t>
      </w:r>
      <w:r>
        <w:t xml:space="preserve"> — Кожен довів до робочого стану одну свою задачу, тож учить колег на прикладі з роботи, а не з презентації.</w:t>
      </w:r>
    </w:p>
    <w:p>
      <w:pPr>
        <w:pStyle w:val="ListBullet"/>
      </w:pPr>
      <w:r>
        <w:rPr>
          <w:b/>
        </w:rPr>
        <w:t>Методичка для колег</w:t>
      </w:r>
      <w:r>
        <w:t xml:space="preserve"> — Як пояснити техніку людині, яка відкриває чат уперше, і як провести для колег коротке заняття на своїх прикладах.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Складні агенти під ключ</w:t>
      </w:r>
      <w:r>
        <w:t xml:space="preserve"> — Складну розробку передаю партнерам: чемпіони вчаться збирати прості речі самі, а інтеграцію з вашими системами робить ваш ІТ.</w:t>
      </w:r>
    </w:p>
    <w:p>
      <w:pPr>
        <w:pStyle w:val="ListBullet"/>
      </w:pPr>
      <w:r>
        <w:rPr>
          <w:b/>
        </w:rPr>
        <w:t>Навчання всієї компанії</w:t>
      </w:r>
      <w:r>
        <w:t xml:space="preserve"> — Решту колег учать уже чемпіони; якщо потрібні хвилі занять для всіх працівників одразу, це програма впровадження.</w:t>
      </w:r>
    </w:p>
    <w:p>
      <w:pPr>
        <w:pStyle w:val="ListBullet"/>
      </w:pPr>
      <w:r>
        <w:rPr>
          <w:b/>
        </w:rPr>
        <w:t>Гарантія, що вчитимуть</w:t>
      </w:r>
      <w:r>
        <w:t xml:space="preserve"> — Я відповідаю за те, що чемпіони вміють і знають, як пояснити, а чи дадуть їм на це час — вирішує менеджмент.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Склад групи</w:t>
      </w:r>
      <w:r>
        <w:t xml:space="preserve"> — Люди з різних підрозділів, яким довіряють колеги і в яких є реальні робочі задачі, а не лише бажання спробувати.</w:t>
      </w:r>
    </w:p>
    <w:p>
      <w:pPr>
        <w:pStyle w:val="ListBullet"/>
      </w:pPr>
      <w:r>
        <w:rPr>
          <w:b/>
        </w:rPr>
        <w:t>Погоджений час</w:t>
      </w:r>
      <w:r>
        <w:t xml:space="preserve"> — Керівник кожного чемпіона знає, скільки годин на тиждень той віддає програмі, і не забирає їх під поточні задачі.</w:t>
      </w:r>
    </w:p>
    <w:p>
      <w:pPr>
        <w:pStyle w:val="ListBullet"/>
      </w:pPr>
      <w:r>
        <w:rPr>
          <w:b/>
        </w:rPr>
        <w:t>Анкета від кожного</w:t>
      </w:r>
      <w:r>
        <w:t xml:space="preserve"> — Пʼять основних задач, скільки часу вони забирають на тиждень і в яких програмах: з цього я збираю практику під вертикалі.</w:t>
      </w:r>
    </w:p>
    <w:p>
      <w:pPr>
        <w:pStyle w:val="Heading2"/>
      </w:pPr>
      <w:r>
        <w:t>Умови і контакти</w:t>
      </w:r>
    </w:p>
    <w:p>
      <w:r>
        <w:t>200$ за годину на групу, онлайн, українською. Оплата: 50% до старту, 50% після. ФОП, без ПДВ; договір, акт, за потреби NDA.</w:t>
      </w:r>
    </w:p>
    <w:p>
      <w:r>
        <w:t>bohdan@hworknet.com · t.me/hworkneter · безкоштовний дзвінок на 15 хвилин: hworknet.com/contacts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